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9580" w14:textId="77777777" w:rsidR="00017580" w:rsidRPr="00FA7A85" w:rsidRDefault="00531090">
      <w:pPr>
        <w:spacing w:before="120" w:after="20"/>
        <w:jc w:val="center"/>
        <w:rPr>
          <w:lang w:val="pl-PL"/>
        </w:rPr>
      </w:pPr>
      <w:r w:rsidRPr="00FA7A85">
        <w:rPr>
          <w:b/>
          <w:color w:val="173A5E"/>
          <w:sz w:val="33"/>
          <w:lang w:val="pl-PL"/>
        </w:rPr>
        <w:t>FORMULARZ ZGŁOSZENIA UCZESTNIKA</w:t>
      </w:r>
    </w:p>
    <w:p w14:paraId="12482645" w14:textId="77777777" w:rsidR="00017580" w:rsidRPr="00FA7A85" w:rsidRDefault="00531090">
      <w:pPr>
        <w:spacing w:after="40"/>
        <w:jc w:val="center"/>
        <w:rPr>
          <w:lang w:val="pl-PL"/>
        </w:rPr>
      </w:pPr>
      <w:r w:rsidRPr="00FA7A85">
        <w:rPr>
          <w:b/>
          <w:color w:val="C39A5A"/>
          <w:sz w:val="30"/>
          <w:lang w:val="pl-PL"/>
        </w:rPr>
        <w:t>Jesienne Warsztaty Analityczne</w:t>
      </w:r>
    </w:p>
    <w:p w14:paraId="74F0E594" w14:textId="77777777" w:rsidR="00017580" w:rsidRPr="00FA7A85" w:rsidRDefault="00531090">
      <w:pPr>
        <w:spacing w:after="140"/>
        <w:jc w:val="center"/>
        <w:rPr>
          <w:lang w:val="pl-PL"/>
        </w:rPr>
      </w:pPr>
      <w:r w:rsidRPr="00FA7A85">
        <w:rPr>
          <w:b/>
          <w:sz w:val="21"/>
          <w:lang w:val="pl-PL"/>
        </w:rPr>
        <w:t>„Od próbki do raportu: analityka biomasy i RDF z wykorzystaniem narzędzi AI”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94"/>
        <w:gridCol w:w="3494"/>
        <w:gridCol w:w="3494"/>
      </w:tblGrid>
      <w:tr w:rsidR="00017580" w14:paraId="60476762" w14:textId="77777777">
        <w:trPr>
          <w:jc w:val="center"/>
        </w:trPr>
        <w:tc>
          <w:tcPr>
            <w:tcW w:w="3494" w:type="dxa"/>
            <w:tcBorders>
              <w:top w:val="single" w:sz="6" w:space="0" w:color="173A5E"/>
              <w:left w:val="single" w:sz="6" w:space="0" w:color="173A5E"/>
              <w:bottom w:val="single" w:sz="6" w:space="0" w:color="173A5E"/>
              <w:right w:val="single" w:sz="6" w:space="0" w:color="173A5E"/>
            </w:tcBorders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A447AA" w14:textId="6A9E63B4" w:rsidR="00017580" w:rsidRDefault="00531090">
            <w:pPr>
              <w:keepLines/>
              <w:jc w:val="center"/>
            </w:pPr>
            <w:r>
              <w:rPr>
                <w:b/>
                <w:color w:val="D5B47A"/>
                <w:sz w:val="15"/>
              </w:rPr>
              <w:t>TERMIN</w:t>
            </w:r>
            <w:r>
              <w:br/>
            </w:r>
            <w:r w:rsidR="00FA7A85">
              <w:rPr>
                <w:b/>
                <w:color w:val="FFFFFF"/>
                <w:sz w:val="18"/>
              </w:rPr>
              <w:t xml:space="preserve">17-18 </w:t>
            </w:r>
            <w:proofErr w:type="spellStart"/>
            <w:r w:rsidR="00FA7A85">
              <w:rPr>
                <w:b/>
                <w:color w:val="FFFFFF"/>
                <w:sz w:val="18"/>
              </w:rPr>
              <w:t>listopada</w:t>
            </w:r>
            <w:proofErr w:type="spellEnd"/>
            <w:r>
              <w:rPr>
                <w:b/>
                <w:color w:val="FFFFFF"/>
                <w:sz w:val="18"/>
              </w:rPr>
              <w:t xml:space="preserve"> 2026</w:t>
            </w:r>
          </w:p>
        </w:tc>
        <w:tc>
          <w:tcPr>
            <w:tcW w:w="3494" w:type="dxa"/>
            <w:tcBorders>
              <w:top w:val="single" w:sz="6" w:space="0" w:color="173A5E"/>
              <w:left w:val="single" w:sz="6" w:space="0" w:color="173A5E"/>
              <w:bottom w:val="single" w:sz="6" w:space="0" w:color="173A5E"/>
              <w:right w:val="single" w:sz="6" w:space="0" w:color="173A5E"/>
            </w:tcBorders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15E29FD" w14:textId="77777777" w:rsidR="00017580" w:rsidRPr="00FA7A85" w:rsidRDefault="00531090">
            <w:pPr>
              <w:keepLines/>
              <w:jc w:val="center"/>
              <w:rPr>
                <w:lang w:val="pl-PL"/>
              </w:rPr>
            </w:pPr>
            <w:r w:rsidRPr="00FA7A85">
              <w:rPr>
                <w:b/>
                <w:color w:val="D5B47A"/>
                <w:sz w:val="15"/>
                <w:lang w:val="pl-PL"/>
              </w:rPr>
              <w:t>MIEJSCE</w:t>
            </w:r>
            <w:r w:rsidRPr="00FA7A85">
              <w:rPr>
                <w:lang w:val="pl-PL"/>
              </w:rPr>
              <w:br/>
            </w:r>
            <w:r w:rsidRPr="00FA7A85">
              <w:rPr>
                <w:b/>
                <w:color w:val="FFFFFF"/>
                <w:sz w:val="18"/>
                <w:lang w:val="pl-PL"/>
              </w:rPr>
              <w:t>ul. J. Wybickiego 7A, Kraków</w:t>
            </w:r>
          </w:p>
        </w:tc>
        <w:tc>
          <w:tcPr>
            <w:tcW w:w="3494" w:type="dxa"/>
            <w:tcBorders>
              <w:top w:val="single" w:sz="6" w:space="0" w:color="173A5E"/>
              <w:left w:val="single" w:sz="6" w:space="0" w:color="173A5E"/>
              <w:bottom w:val="single" w:sz="6" w:space="0" w:color="173A5E"/>
              <w:right w:val="single" w:sz="6" w:space="0" w:color="173A5E"/>
            </w:tcBorders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7D919A" w14:textId="77777777" w:rsidR="00017580" w:rsidRDefault="00531090">
            <w:pPr>
              <w:keepLines/>
              <w:jc w:val="center"/>
            </w:pPr>
            <w:r>
              <w:rPr>
                <w:b/>
                <w:color w:val="D5B47A"/>
                <w:sz w:val="15"/>
              </w:rPr>
              <w:t>FORMA</w:t>
            </w:r>
            <w:r>
              <w:br/>
            </w:r>
            <w:proofErr w:type="spellStart"/>
            <w:r>
              <w:rPr>
                <w:b/>
                <w:color w:val="FFFFFF"/>
                <w:sz w:val="18"/>
              </w:rPr>
              <w:t>stacjonarna</w:t>
            </w:r>
            <w:proofErr w:type="spellEnd"/>
          </w:p>
        </w:tc>
      </w:tr>
    </w:tbl>
    <w:p w14:paraId="2E55FB69" w14:textId="3CAA6E5A" w:rsidR="00017580" w:rsidRPr="00FA7A85" w:rsidRDefault="00531090">
      <w:pPr>
        <w:spacing w:before="100"/>
        <w:rPr>
          <w:lang w:val="pl-PL"/>
        </w:rPr>
      </w:pPr>
      <w:r w:rsidRPr="00FA7A85">
        <w:rPr>
          <w:b/>
          <w:color w:val="173A5E"/>
          <w:lang w:val="pl-PL"/>
        </w:rPr>
        <w:t>Prosimy o wypełnienie formularza czytelnie. Jeden formularz dotyczy jednej osoby.</w:t>
      </w:r>
      <w:r w:rsidRPr="00FA7A85">
        <w:rPr>
          <w:lang w:val="pl-PL"/>
        </w:rPr>
        <w:t xml:space="preserve"> Wypełniony formularz należy przesłać</w:t>
      </w:r>
      <w:r w:rsidR="003233CA" w:rsidRPr="00FA7A85">
        <w:rPr>
          <w:lang w:val="pl-PL"/>
        </w:rPr>
        <w:t xml:space="preserve"> w formie skanu</w:t>
      </w:r>
      <w:r w:rsidRPr="00FA7A85">
        <w:rPr>
          <w:lang w:val="pl-PL"/>
        </w:rPr>
        <w:t xml:space="preserve"> na adres: </w:t>
      </w:r>
      <w:r w:rsidR="00360DEC" w:rsidRPr="00FA7A85">
        <w:rPr>
          <w:b/>
          <w:color w:val="C39A5A"/>
          <w:lang w:val="pl-PL"/>
        </w:rPr>
        <w:t>mirowski</w:t>
      </w:r>
      <w:r w:rsidRPr="00FA7A85">
        <w:rPr>
          <w:b/>
          <w:color w:val="C39A5A"/>
          <w:lang w:val="pl-PL"/>
        </w:rPr>
        <w:t>@min-pan.krakow.pl</w:t>
      </w:r>
    </w:p>
    <w:p w14:paraId="339AB8B2" w14:textId="77777777" w:rsidR="00017580" w:rsidRDefault="00531090">
      <w:pPr>
        <w:spacing w:before="140" w:after="80"/>
      </w:pPr>
      <w:r>
        <w:rPr>
          <w:b/>
          <w:color w:val="C39A5A"/>
          <w:sz w:val="24"/>
        </w:rPr>
        <w:t xml:space="preserve">1. </w:t>
      </w:r>
      <w:r>
        <w:rPr>
          <w:b/>
          <w:color w:val="173A5E"/>
          <w:sz w:val="24"/>
        </w:rPr>
        <w:t>Dane uczestnika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030"/>
      </w:tblGrid>
      <w:tr w:rsidR="00017580" w14:paraId="50E89345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AC5E6D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Imię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AF6CAA" w14:textId="77777777" w:rsidR="00017580" w:rsidRDefault="00017580">
            <w:pPr>
              <w:keepLines/>
            </w:pPr>
          </w:p>
        </w:tc>
      </w:tr>
      <w:tr w:rsidR="00017580" w14:paraId="439DEB86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68BEC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Nazwisko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285A5" w14:textId="77777777" w:rsidR="00017580" w:rsidRDefault="00017580">
            <w:pPr>
              <w:keepLines/>
            </w:pPr>
          </w:p>
        </w:tc>
      </w:tr>
      <w:tr w:rsidR="00017580" w14:paraId="1CAB25C2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6152B1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Stanowisko / funkcja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AE1010" w14:textId="77777777" w:rsidR="00017580" w:rsidRDefault="00017580">
            <w:pPr>
              <w:keepLines/>
            </w:pPr>
          </w:p>
        </w:tc>
      </w:tr>
      <w:tr w:rsidR="00017580" w14:paraId="11546DAE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D44530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Telefon komórkowy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6F27BE" w14:textId="77777777" w:rsidR="00017580" w:rsidRDefault="00017580">
            <w:pPr>
              <w:keepLines/>
            </w:pPr>
          </w:p>
        </w:tc>
      </w:tr>
      <w:tr w:rsidR="00017580" w14:paraId="7FEBAD31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0074E4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E-mail uczestnika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913002" w14:textId="77777777" w:rsidR="00017580" w:rsidRDefault="00017580">
            <w:pPr>
              <w:keepLines/>
            </w:pPr>
          </w:p>
        </w:tc>
      </w:tr>
    </w:tbl>
    <w:p w14:paraId="0F60235F" w14:textId="77777777" w:rsidR="00017580" w:rsidRDefault="00531090">
      <w:pPr>
        <w:spacing w:before="140" w:after="80"/>
      </w:pPr>
      <w:r>
        <w:rPr>
          <w:b/>
          <w:color w:val="C39A5A"/>
          <w:sz w:val="24"/>
        </w:rPr>
        <w:t xml:space="preserve">2. </w:t>
      </w:r>
      <w:r>
        <w:rPr>
          <w:b/>
          <w:color w:val="173A5E"/>
          <w:sz w:val="24"/>
        </w:rPr>
        <w:t>Dane podmiotu zgłaszającego / do faktury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030"/>
      </w:tblGrid>
      <w:tr w:rsidR="00017580" w14:paraId="4F2F5D9B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399CA5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Pełna nazwa firmy / instytucji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3B5B6E" w14:textId="77777777" w:rsidR="00017580" w:rsidRDefault="00017580">
            <w:pPr>
              <w:keepLines/>
            </w:pPr>
          </w:p>
        </w:tc>
      </w:tr>
      <w:tr w:rsidR="00017580" w14:paraId="5D334823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26EA8F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Ulica i numer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015553" w14:textId="77777777" w:rsidR="00017580" w:rsidRDefault="00017580">
            <w:pPr>
              <w:keepLines/>
            </w:pPr>
          </w:p>
        </w:tc>
      </w:tr>
      <w:tr w:rsidR="00017580" w14:paraId="7C13616F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6351A4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Kod pocztowy i miejscowość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3FBBC5" w14:textId="77777777" w:rsidR="00017580" w:rsidRDefault="00017580">
            <w:pPr>
              <w:keepLines/>
            </w:pPr>
          </w:p>
        </w:tc>
      </w:tr>
      <w:tr w:rsidR="00017580" w14:paraId="1D3E9723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8DDC9C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NIP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54F4C1" w14:textId="77777777" w:rsidR="00017580" w:rsidRDefault="00017580">
            <w:pPr>
              <w:keepLines/>
            </w:pPr>
          </w:p>
        </w:tc>
      </w:tr>
      <w:tr w:rsidR="00017580" w14:paraId="3408D7A3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38D955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Telefon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F64D85" w14:textId="77777777" w:rsidR="00017580" w:rsidRDefault="00017580">
            <w:pPr>
              <w:keepLines/>
            </w:pPr>
          </w:p>
        </w:tc>
      </w:tr>
      <w:tr w:rsidR="00017580" w:rsidRPr="00FA7A85" w14:paraId="10ECA81B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45467B" w14:textId="77777777" w:rsidR="00017580" w:rsidRPr="00FA7A85" w:rsidRDefault="00531090">
            <w:pPr>
              <w:keepLines/>
              <w:rPr>
                <w:lang w:val="pl-PL"/>
              </w:rPr>
            </w:pPr>
            <w:r w:rsidRPr="00FA7A85">
              <w:rPr>
                <w:b/>
                <w:color w:val="173A5E"/>
                <w:sz w:val="18"/>
                <w:lang w:val="pl-PL"/>
              </w:rPr>
              <w:t>E-mail do rozliczeń / faktury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ADB45A" w14:textId="77777777" w:rsidR="00017580" w:rsidRPr="00FA7A85" w:rsidRDefault="00017580">
            <w:pPr>
              <w:keepLines/>
              <w:rPr>
                <w:lang w:val="pl-PL"/>
              </w:rPr>
            </w:pPr>
          </w:p>
        </w:tc>
      </w:tr>
      <w:tr w:rsidR="00017580" w14:paraId="1C1DD666" w14:textId="77777777">
        <w:trPr>
          <w:trHeight w:val="454"/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F9CB41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 xml:space="preserve">Osoba </w:t>
            </w:r>
            <w:proofErr w:type="spellStart"/>
            <w:r>
              <w:rPr>
                <w:b/>
                <w:color w:val="173A5E"/>
                <w:sz w:val="18"/>
              </w:rPr>
              <w:t>zgłaszająca</w:t>
            </w:r>
            <w:proofErr w:type="spellEnd"/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F76656" w14:textId="77777777" w:rsidR="00017580" w:rsidRDefault="00531090">
            <w:pPr>
              <w:keepLines/>
            </w:pPr>
            <w:r>
              <w:rPr>
                <w:i/>
                <w:color w:val="6C757D"/>
                <w:sz w:val="18"/>
              </w:rPr>
              <w:t>jeżeli inna niż uczestnik</w:t>
            </w:r>
          </w:p>
        </w:tc>
      </w:tr>
    </w:tbl>
    <w:p w14:paraId="3FB6C2C6" w14:textId="77777777" w:rsidR="00017580" w:rsidRDefault="00531090">
      <w:r>
        <w:br w:type="page"/>
      </w:r>
    </w:p>
    <w:p w14:paraId="615AF6DA" w14:textId="77777777" w:rsidR="00017580" w:rsidRDefault="00531090">
      <w:pPr>
        <w:spacing w:before="140" w:after="80"/>
      </w:pPr>
      <w:r>
        <w:rPr>
          <w:b/>
          <w:color w:val="C39A5A"/>
          <w:sz w:val="24"/>
        </w:rPr>
        <w:lastRenderedPageBreak/>
        <w:t xml:space="preserve">3. </w:t>
      </w:r>
      <w:r>
        <w:rPr>
          <w:b/>
          <w:color w:val="173A5E"/>
          <w:sz w:val="24"/>
        </w:rPr>
        <w:t>Informacje organizacyjne i płatność</w:t>
      </w:r>
    </w:p>
    <w:p w14:paraId="79BCE9A0" w14:textId="77777777" w:rsidR="00017580" w:rsidRDefault="00531090">
      <w:r w:rsidRPr="00FA7A85">
        <w:rPr>
          <w:sz w:val="18"/>
          <w:lang w:val="pl-PL"/>
        </w:rPr>
        <w:t xml:space="preserve">Po otrzymaniu zgłoszenia Organizator potwierdzi dostępność miejsca i przekaże informacje dotyczące opłaty oraz rozliczenia. </w:t>
      </w:r>
      <w:proofErr w:type="spellStart"/>
      <w:r>
        <w:rPr>
          <w:sz w:val="18"/>
        </w:rPr>
        <w:t>Liczba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miejsc</w:t>
      </w:r>
      <w:proofErr w:type="spellEnd"/>
      <w:r>
        <w:rPr>
          <w:sz w:val="18"/>
        </w:rPr>
        <w:t xml:space="preserve"> jest </w:t>
      </w:r>
      <w:proofErr w:type="spellStart"/>
      <w:r>
        <w:rPr>
          <w:sz w:val="18"/>
        </w:rPr>
        <w:t>ograniczona</w:t>
      </w:r>
      <w:proofErr w:type="spellEnd"/>
      <w:r>
        <w:rPr>
          <w:sz w:val="1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030"/>
      </w:tblGrid>
      <w:tr w:rsidR="00017580" w:rsidRPr="00FA7A85" w14:paraId="76E3449E" w14:textId="77777777">
        <w:trPr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5B968F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Organizator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ABDA51" w14:textId="77777777" w:rsidR="00017580" w:rsidRPr="00FA7A85" w:rsidRDefault="00531090">
            <w:pPr>
              <w:keepLines/>
              <w:rPr>
                <w:lang w:val="pl-PL"/>
              </w:rPr>
            </w:pPr>
            <w:r w:rsidRPr="00FA7A85">
              <w:rPr>
                <w:sz w:val="18"/>
                <w:lang w:val="pl-PL"/>
              </w:rPr>
              <w:t>Instytut Gospodarki Surowcami Mineralnymi i Energią PAN</w:t>
            </w:r>
          </w:p>
        </w:tc>
      </w:tr>
      <w:tr w:rsidR="00017580" w14:paraId="768E7196" w14:textId="77777777">
        <w:trPr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CC5085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NIP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39C02E" w14:textId="77777777" w:rsidR="00017580" w:rsidRDefault="00531090">
            <w:pPr>
              <w:keepLines/>
            </w:pPr>
            <w:r>
              <w:rPr>
                <w:sz w:val="18"/>
              </w:rPr>
              <w:t>675-000-19-00</w:t>
            </w:r>
          </w:p>
        </w:tc>
      </w:tr>
      <w:tr w:rsidR="00017580" w14:paraId="297B8926" w14:textId="77777777">
        <w:trPr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A86F44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Rachunek bankowy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C17392" w14:textId="77777777" w:rsidR="00017580" w:rsidRDefault="00531090">
            <w:pPr>
              <w:keepLines/>
            </w:pPr>
            <w:r>
              <w:rPr>
                <w:sz w:val="18"/>
              </w:rPr>
              <w:t>Bank Gospodarstwa Krajowego</w:t>
            </w:r>
            <w:r>
              <w:rPr>
                <w:sz w:val="18"/>
              </w:rPr>
              <w:br/>
              <w:t>36 1130 1150 0012 1266 6620 0001</w:t>
            </w:r>
          </w:p>
        </w:tc>
      </w:tr>
      <w:tr w:rsidR="00017580" w14:paraId="7B6BF0A9" w14:textId="77777777">
        <w:trPr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4939DF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Kod SWIFT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3DC2EE" w14:textId="77777777" w:rsidR="00017580" w:rsidRDefault="00531090">
            <w:pPr>
              <w:keepLines/>
            </w:pPr>
            <w:r>
              <w:rPr>
                <w:sz w:val="18"/>
              </w:rPr>
              <w:t>GOSKPLPW</w:t>
            </w:r>
          </w:p>
        </w:tc>
      </w:tr>
      <w:tr w:rsidR="00017580" w:rsidRPr="00FA7A85" w14:paraId="399F3295" w14:textId="77777777">
        <w:trPr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FC902F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Tytuł przelewu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34409A" w14:textId="77777777" w:rsidR="00017580" w:rsidRPr="00FA7A85" w:rsidRDefault="00531090">
            <w:pPr>
              <w:keepLines/>
              <w:rPr>
                <w:lang w:val="pl-PL"/>
              </w:rPr>
            </w:pPr>
            <w:r w:rsidRPr="00FA7A85">
              <w:rPr>
                <w:sz w:val="18"/>
                <w:lang w:val="pl-PL"/>
              </w:rPr>
              <w:t>Jesienne Warsztaty Analityczne 2026 – imię i nazwisko uczestnika</w:t>
            </w:r>
          </w:p>
        </w:tc>
      </w:tr>
    </w:tbl>
    <w:p w14:paraId="4C5A9976" w14:textId="77777777" w:rsidR="00F45BBA" w:rsidRPr="00FA7A85" w:rsidRDefault="00F45BBA">
      <w:pPr>
        <w:spacing w:before="140" w:after="80"/>
        <w:rPr>
          <w:b/>
          <w:color w:val="C39A5A"/>
          <w:sz w:val="24"/>
          <w:lang w:val="pl-PL"/>
        </w:rPr>
      </w:pPr>
    </w:p>
    <w:p w14:paraId="2B64416B" w14:textId="68D4F226" w:rsidR="00017580" w:rsidRPr="00FA7A85" w:rsidRDefault="00531090">
      <w:pPr>
        <w:spacing w:before="140" w:after="80"/>
        <w:rPr>
          <w:lang w:val="pl-PL"/>
        </w:rPr>
      </w:pPr>
      <w:r w:rsidRPr="00FA7A85">
        <w:rPr>
          <w:b/>
          <w:color w:val="C39A5A"/>
          <w:sz w:val="24"/>
          <w:lang w:val="pl-PL"/>
        </w:rPr>
        <w:t xml:space="preserve">4. </w:t>
      </w:r>
      <w:r w:rsidRPr="00FA7A85">
        <w:rPr>
          <w:b/>
          <w:color w:val="173A5E"/>
          <w:sz w:val="24"/>
          <w:lang w:val="pl-PL"/>
        </w:rPr>
        <w:t>Warunki zgłoszenia i uczestnictwa</w:t>
      </w:r>
    </w:p>
    <w:p w14:paraId="402E5DB1" w14:textId="77777777" w:rsidR="00017580" w:rsidRPr="00FA7A85" w:rsidRDefault="00531090">
      <w:pPr>
        <w:spacing w:after="40"/>
        <w:ind w:left="198" w:hanging="142"/>
        <w:rPr>
          <w:lang w:val="pl-PL"/>
        </w:rPr>
      </w:pPr>
      <w:r w:rsidRPr="00FA7A85">
        <w:rPr>
          <w:sz w:val="18"/>
          <w:lang w:val="pl-PL"/>
        </w:rPr>
        <w:t>• Przesłanie formularza stanowi zgłoszenie udziału. Miejsce jest potwierdzone po otrzymaniu wiadomości zwrotnej od Organizatora.</w:t>
      </w:r>
    </w:p>
    <w:p w14:paraId="4DCD3581" w14:textId="77777777" w:rsidR="00017580" w:rsidRPr="00FA7A85" w:rsidRDefault="00531090">
      <w:pPr>
        <w:spacing w:after="40"/>
        <w:ind w:left="198" w:hanging="142"/>
        <w:rPr>
          <w:lang w:val="pl-PL"/>
        </w:rPr>
      </w:pPr>
      <w:r w:rsidRPr="00FA7A85">
        <w:rPr>
          <w:sz w:val="18"/>
          <w:lang w:val="pl-PL"/>
        </w:rPr>
        <w:t>• Jeden formularz obejmuje zgłoszenie jednej osoby. W przypadku większej liczby uczestników należy przesłać oddzielny formularz dla każdej osoby.</w:t>
      </w:r>
    </w:p>
    <w:p w14:paraId="548A6669" w14:textId="77777777" w:rsidR="00017580" w:rsidRPr="00FA7A85" w:rsidRDefault="00531090">
      <w:pPr>
        <w:spacing w:after="40"/>
        <w:ind w:left="198" w:hanging="142"/>
        <w:rPr>
          <w:lang w:val="pl-PL"/>
        </w:rPr>
      </w:pPr>
      <w:r w:rsidRPr="00FA7A85">
        <w:rPr>
          <w:sz w:val="18"/>
          <w:lang w:val="pl-PL"/>
        </w:rPr>
        <w:t>• Zakres świadczeń, wysokość opłaty oraz warunki płatności są zgodne z aktualną ofertą warsztatów przekazaną uczestnikowi lub podmiotowi zgłaszającemu.</w:t>
      </w:r>
    </w:p>
    <w:p w14:paraId="5C87AE19" w14:textId="77777777" w:rsidR="00017580" w:rsidRPr="00FA7A85" w:rsidRDefault="00531090">
      <w:pPr>
        <w:spacing w:after="40"/>
        <w:ind w:left="198" w:hanging="142"/>
        <w:rPr>
          <w:lang w:val="pl-PL"/>
        </w:rPr>
      </w:pPr>
      <w:r w:rsidRPr="00FA7A85">
        <w:rPr>
          <w:sz w:val="18"/>
          <w:lang w:val="pl-PL"/>
        </w:rPr>
        <w:t>• Koszty transportu i noclegu nie są objęte zgłoszeniem, chyba że Organizator wyraźnie wskaże inaczej w ofercie.</w:t>
      </w:r>
    </w:p>
    <w:p w14:paraId="5C2EDAC2" w14:textId="77777777" w:rsidR="00017580" w:rsidRPr="00FA7A85" w:rsidRDefault="00531090">
      <w:pPr>
        <w:spacing w:after="40"/>
        <w:ind w:left="198" w:hanging="142"/>
        <w:rPr>
          <w:lang w:val="pl-PL"/>
        </w:rPr>
      </w:pPr>
      <w:r w:rsidRPr="00FA7A85">
        <w:rPr>
          <w:sz w:val="18"/>
          <w:lang w:val="pl-PL"/>
        </w:rPr>
        <w:t>• Zmiana uczestnika wymaga wcześniejszego zgłoszenia Organizatorowi. Rezygnacja z udziału powinna zostać przekazana w formie pisemnej lub e-mailowej.</w:t>
      </w:r>
    </w:p>
    <w:p w14:paraId="52E29AE5" w14:textId="5A1BEA2F" w:rsidR="00017580" w:rsidRPr="00FA7A85" w:rsidRDefault="00531090" w:rsidP="00F45BBA">
      <w:pPr>
        <w:spacing w:after="40"/>
        <w:ind w:left="198" w:hanging="142"/>
        <w:rPr>
          <w:lang w:val="pl-PL"/>
        </w:rPr>
      </w:pPr>
      <w:r w:rsidRPr="00FA7A85">
        <w:rPr>
          <w:sz w:val="18"/>
          <w:lang w:val="pl-PL"/>
        </w:rPr>
        <w:t>• Organizator zastrzega możliwość zmian w programie wynikających z przyczyn organizacyjnych lub technicznych, z zachowaniem charakteru i zakresu merytorycznego warsztatów.</w:t>
      </w:r>
    </w:p>
    <w:p w14:paraId="5A5D263F" w14:textId="77777777" w:rsidR="00017580" w:rsidRPr="00FA7A85" w:rsidRDefault="00531090">
      <w:pPr>
        <w:spacing w:before="140" w:after="80"/>
        <w:rPr>
          <w:lang w:val="pl-PL"/>
        </w:rPr>
      </w:pPr>
      <w:r w:rsidRPr="00FA7A85">
        <w:rPr>
          <w:b/>
          <w:color w:val="C39A5A"/>
          <w:sz w:val="24"/>
          <w:lang w:val="pl-PL"/>
        </w:rPr>
        <w:t xml:space="preserve">5. </w:t>
      </w:r>
      <w:r w:rsidRPr="00FA7A85">
        <w:rPr>
          <w:b/>
          <w:color w:val="173A5E"/>
          <w:sz w:val="24"/>
          <w:lang w:val="pl-PL"/>
        </w:rPr>
        <w:t>Informacja o przetwarzaniu danych osobowych (RODO)</w:t>
      </w:r>
    </w:p>
    <w:p w14:paraId="42911DAC" w14:textId="77777777" w:rsidR="00017580" w:rsidRPr="00FA7A85" w:rsidRDefault="00531090">
      <w:pPr>
        <w:rPr>
          <w:lang w:val="pl-PL"/>
        </w:rPr>
      </w:pPr>
      <w:r w:rsidRPr="00FA7A85">
        <w:rPr>
          <w:sz w:val="17"/>
          <w:lang w:val="pl-PL"/>
        </w:rPr>
        <w:t>Administratorem danych osobowych jest Instytut Gospodarki Surowcami Mineralnymi i Energią Polskiej Akademii Nauk, ul. J. Wybickiego 7A, 31-261 Kraków, tel. (+48) 12 632-33-00, e-mail: centrum@min-pan.krakow.pl. Kontakt z Inspektorem Ochrony Danych: inspektorODO@min-pan.krakow.pl.</w:t>
      </w:r>
    </w:p>
    <w:p w14:paraId="542C20B5" w14:textId="77777777" w:rsidR="00017580" w:rsidRPr="00FA7A85" w:rsidRDefault="00531090">
      <w:pPr>
        <w:rPr>
          <w:lang w:val="pl-PL"/>
        </w:rPr>
      </w:pPr>
      <w:r w:rsidRPr="00FA7A85">
        <w:rPr>
          <w:sz w:val="17"/>
          <w:lang w:val="pl-PL"/>
        </w:rPr>
        <w:t>Dane podane w formularzu będą przetwarzane w celu obsługi zgłoszenia, organizacji udziału w warsztatach, kontaktu organizacyjnego oraz realizacji obowiązków rozliczeniowych i dokumentacyjnych. W zakresie niezbędnym do realizacji zgłoszenia podstawą przetwarzania jest podjęcie działań na żądanie osoby przed zawarciem umowy i wykonanie umowy, a w zakresie obowiązków księgowych i prawnych – obowiązek prawny ciążący na Administratorze.</w:t>
      </w:r>
    </w:p>
    <w:p w14:paraId="3BEF95B2" w14:textId="77777777" w:rsidR="00017580" w:rsidRPr="00FA7A85" w:rsidRDefault="00531090">
      <w:pPr>
        <w:rPr>
          <w:lang w:val="pl-PL"/>
        </w:rPr>
      </w:pPr>
      <w:r w:rsidRPr="00FA7A85">
        <w:rPr>
          <w:sz w:val="17"/>
          <w:lang w:val="pl-PL"/>
        </w:rPr>
        <w:t>Dane będą przechowywane przez okres niezbędny do realizacji i rozliczenia wydarzenia oraz przez czas wymagany przepisami dotyczącymi dokumentacji finansowo-księgowej i archiwalnej. Osobie, której dane dotyczą, przysługują – w granicach wynikających z przepisów – prawa dostępu do danych, ich sprostowania, ograniczenia przetwarzania, usunięcia oraz wniesienia sprzeciwu, a także prawo wniesienia skargi do Prezesa Urzędu Ochrony Danych Osobowych. Podanie danych niezbędnych do obsługi zgłoszenia jest dobrowolne, lecz konieczne do udziału w warsztatach.</w:t>
      </w:r>
    </w:p>
    <w:p w14:paraId="4915EA93" w14:textId="77777777" w:rsidR="00F45BBA" w:rsidRPr="00FA7A85" w:rsidRDefault="00F45BBA">
      <w:pPr>
        <w:spacing w:before="140" w:after="80"/>
        <w:rPr>
          <w:b/>
          <w:color w:val="C39A5A"/>
          <w:sz w:val="24"/>
          <w:lang w:val="pl-PL"/>
        </w:rPr>
      </w:pPr>
      <w:r w:rsidRPr="00FA7A85">
        <w:rPr>
          <w:b/>
          <w:color w:val="C39A5A"/>
          <w:sz w:val="24"/>
          <w:lang w:val="pl-PL"/>
        </w:rPr>
        <w:br w:type="page"/>
      </w:r>
    </w:p>
    <w:p w14:paraId="714EB49D" w14:textId="59D12F71" w:rsidR="00017580" w:rsidRPr="00FA7A85" w:rsidRDefault="00531090">
      <w:pPr>
        <w:spacing w:before="140" w:after="80"/>
        <w:rPr>
          <w:lang w:val="pl-PL"/>
        </w:rPr>
      </w:pPr>
      <w:r w:rsidRPr="00FA7A85">
        <w:rPr>
          <w:b/>
          <w:color w:val="C39A5A"/>
          <w:sz w:val="24"/>
          <w:lang w:val="pl-PL"/>
        </w:rPr>
        <w:lastRenderedPageBreak/>
        <w:t xml:space="preserve">6. </w:t>
      </w:r>
      <w:r w:rsidRPr="00FA7A85">
        <w:rPr>
          <w:b/>
          <w:color w:val="173A5E"/>
          <w:sz w:val="24"/>
          <w:lang w:val="pl-PL"/>
        </w:rPr>
        <w:t>Oświadczenia i zgody</w:t>
      </w:r>
    </w:p>
    <w:p w14:paraId="7373DAE6" w14:textId="77777777" w:rsidR="00017580" w:rsidRPr="00FA7A85" w:rsidRDefault="00531090">
      <w:pPr>
        <w:spacing w:after="80"/>
        <w:ind w:left="57"/>
        <w:rPr>
          <w:lang w:val="pl-PL"/>
        </w:rPr>
      </w:pPr>
      <w:r w:rsidRPr="00FA7A85">
        <w:rPr>
          <w:color w:val="173A5E"/>
          <w:sz w:val="22"/>
          <w:lang w:val="pl-PL"/>
        </w:rPr>
        <w:t xml:space="preserve">☐ </w:t>
      </w:r>
      <w:r w:rsidRPr="00FA7A85">
        <w:rPr>
          <w:b/>
          <w:color w:val="173A5E"/>
          <w:sz w:val="17"/>
          <w:lang w:val="pl-PL"/>
        </w:rPr>
        <w:t xml:space="preserve">[OBOWIĄZKOWE] </w:t>
      </w:r>
      <w:r w:rsidRPr="00FA7A85">
        <w:rPr>
          <w:sz w:val="18"/>
          <w:lang w:val="pl-PL"/>
        </w:rPr>
        <w:t>Potwierdzam, że zapoznałem/</w:t>
      </w:r>
      <w:proofErr w:type="spellStart"/>
      <w:r w:rsidRPr="00FA7A85">
        <w:rPr>
          <w:sz w:val="18"/>
          <w:lang w:val="pl-PL"/>
        </w:rPr>
        <w:t>am</w:t>
      </w:r>
      <w:proofErr w:type="spellEnd"/>
      <w:r w:rsidRPr="00FA7A85">
        <w:rPr>
          <w:sz w:val="18"/>
          <w:lang w:val="pl-PL"/>
        </w:rPr>
        <w:t xml:space="preserve"> się z warunkami zgłoszenia i uczestnictwa oraz akceptuję je.</w:t>
      </w:r>
    </w:p>
    <w:p w14:paraId="3EA1B11A" w14:textId="77777777" w:rsidR="00017580" w:rsidRPr="00FA7A85" w:rsidRDefault="00531090">
      <w:pPr>
        <w:spacing w:after="80"/>
        <w:ind w:left="57"/>
        <w:rPr>
          <w:lang w:val="pl-PL"/>
        </w:rPr>
      </w:pPr>
      <w:r w:rsidRPr="00FA7A85">
        <w:rPr>
          <w:color w:val="173A5E"/>
          <w:sz w:val="22"/>
          <w:lang w:val="pl-PL"/>
        </w:rPr>
        <w:t xml:space="preserve">☐ </w:t>
      </w:r>
      <w:r w:rsidRPr="00FA7A85">
        <w:rPr>
          <w:b/>
          <w:color w:val="173A5E"/>
          <w:sz w:val="17"/>
          <w:lang w:val="pl-PL"/>
        </w:rPr>
        <w:t xml:space="preserve">[OBOWIĄZKOWE] </w:t>
      </w:r>
      <w:r w:rsidRPr="00FA7A85">
        <w:rPr>
          <w:sz w:val="18"/>
          <w:lang w:val="pl-PL"/>
        </w:rPr>
        <w:t>Potwierdzam zapoznanie się z informacją o przetwarzaniu danych osobowych.</w:t>
      </w:r>
    </w:p>
    <w:p w14:paraId="5C13FC8C" w14:textId="77777777" w:rsidR="00017580" w:rsidRPr="00FA7A85" w:rsidRDefault="00531090">
      <w:pPr>
        <w:spacing w:after="80"/>
        <w:ind w:left="57"/>
        <w:rPr>
          <w:lang w:val="pl-PL"/>
        </w:rPr>
      </w:pPr>
      <w:r w:rsidRPr="00FA7A85">
        <w:rPr>
          <w:color w:val="173A5E"/>
          <w:sz w:val="22"/>
          <w:lang w:val="pl-PL"/>
        </w:rPr>
        <w:t xml:space="preserve">☐ </w:t>
      </w:r>
      <w:r w:rsidRPr="00FA7A85">
        <w:rPr>
          <w:b/>
          <w:color w:val="C39A5A"/>
          <w:sz w:val="17"/>
          <w:lang w:val="pl-PL"/>
        </w:rPr>
        <w:t xml:space="preserve">[DOBROWOLNE] </w:t>
      </w:r>
      <w:r w:rsidRPr="00FA7A85">
        <w:rPr>
          <w:sz w:val="18"/>
          <w:lang w:val="pl-PL"/>
        </w:rPr>
        <w:t>Wyrażam zgodę na utrwalanie mojego wizerunku podczas warsztatów na zdjęciach i/lub nagraniach oraz na wykorzystanie tych materiałów przez IGSMiE PAN w relacjach informacyjnych i promocyjnych dotyczących działalności Instytutu i wydarzenia.</w:t>
      </w:r>
    </w:p>
    <w:p w14:paraId="05CC795B" w14:textId="77777777" w:rsidR="00017580" w:rsidRDefault="00531090">
      <w:pPr>
        <w:spacing w:after="80"/>
        <w:ind w:left="57"/>
      </w:pPr>
      <w:r w:rsidRPr="00FA7A85">
        <w:rPr>
          <w:color w:val="173A5E"/>
          <w:sz w:val="22"/>
          <w:lang w:val="pl-PL"/>
        </w:rPr>
        <w:t xml:space="preserve">☐ </w:t>
      </w:r>
      <w:r w:rsidRPr="00FA7A85">
        <w:rPr>
          <w:b/>
          <w:color w:val="C39A5A"/>
          <w:sz w:val="17"/>
          <w:lang w:val="pl-PL"/>
        </w:rPr>
        <w:t xml:space="preserve">[DOBROWOLNE] </w:t>
      </w:r>
      <w:r w:rsidRPr="00FA7A85">
        <w:rPr>
          <w:sz w:val="18"/>
          <w:lang w:val="pl-PL"/>
        </w:rPr>
        <w:t xml:space="preserve">Chcę otrzymywać na podany adres e-mail informacje o kolejnych szkoleniach, warsztatach i wydarzeniach organizowanych przez IGSMiE PAN. </w:t>
      </w:r>
      <w:proofErr w:type="spellStart"/>
      <w:r>
        <w:rPr>
          <w:sz w:val="18"/>
        </w:rPr>
        <w:t>Zgodę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mogę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wycofać</w:t>
      </w:r>
      <w:proofErr w:type="spellEnd"/>
      <w:r>
        <w:rPr>
          <w:sz w:val="18"/>
        </w:rPr>
        <w:t xml:space="preserve"> w dowolnym momencie.</w:t>
      </w:r>
    </w:p>
    <w:p w14:paraId="10583A27" w14:textId="77777777" w:rsidR="00017580" w:rsidRDefault="00531090">
      <w:pPr>
        <w:spacing w:before="140" w:after="80"/>
      </w:pPr>
      <w:r>
        <w:rPr>
          <w:b/>
          <w:color w:val="C39A5A"/>
          <w:sz w:val="24"/>
        </w:rPr>
        <w:t xml:space="preserve">7. </w:t>
      </w:r>
      <w:r>
        <w:rPr>
          <w:b/>
          <w:color w:val="173A5E"/>
          <w:sz w:val="24"/>
        </w:rPr>
        <w:t>Podpis zgłaszającego / uczestnika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7030"/>
      </w:tblGrid>
      <w:tr w:rsidR="00017580" w14:paraId="53AC0E3C" w14:textId="77777777">
        <w:trPr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130" w:type="dxa"/>
              <w:left w:w="110" w:type="dxa"/>
              <w:bottom w:w="130" w:type="dxa"/>
              <w:right w:w="110" w:type="dxa"/>
            </w:tcMar>
          </w:tcPr>
          <w:p w14:paraId="23BBB672" w14:textId="77777777" w:rsidR="00017580" w:rsidRDefault="00531090">
            <w:pPr>
              <w:keepLines/>
            </w:pPr>
            <w:r>
              <w:rPr>
                <w:b/>
                <w:color w:val="173A5E"/>
                <w:sz w:val="18"/>
              </w:rPr>
              <w:t>Miejscowość i data</w:t>
            </w:r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130" w:type="dxa"/>
              <w:left w:w="110" w:type="dxa"/>
              <w:bottom w:w="130" w:type="dxa"/>
              <w:right w:w="110" w:type="dxa"/>
            </w:tcMar>
          </w:tcPr>
          <w:p w14:paraId="735309CE" w14:textId="77777777" w:rsidR="00017580" w:rsidRDefault="00017580">
            <w:pPr>
              <w:keepLines/>
            </w:pPr>
          </w:p>
        </w:tc>
      </w:tr>
      <w:tr w:rsidR="00017580" w14:paraId="613094CA" w14:textId="77777777">
        <w:trPr>
          <w:jc w:val="center"/>
        </w:trPr>
        <w:tc>
          <w:tcPr>
            <w:tcW w:w="2891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shd w:val="clear" w:color="auto" w:fill="F4F6F8"/>
            <w:tcMar>
              <w:top w:w="130" w:type="dxa"/>
              <w:left w:w="110" w:type="dxa"/>
              <w:bottom w:w="130" w:type="dxa"/>
              <w:right w:w="110" w:type="dxa"/>
            </w:tcMar>
          </w:tcPr>
          <w:p w14:paraId="0AAAEAF1" w14:textId="0DF45323" w:rsidR="00017580" w:rsidRDefault="00531090">
            <w:pPr>
              <w:keepLines/>
            </w:pPr>
            <w:proofErr w:type="spellStart"/>
            <w:r>
              <w:rPr>
                <w:b/>
                <w:color w:val="173A5E"/>
                <w:sz w:val="18"/>
              </w:rPr>
              <w:t>Czytelny</w:t>
            </w:r>
            <w:proofErr w:type="spellEnd"/>
            <w:r>
              <w:rPr>
                <w:b/>
                <w:color w:val="173A5E"/>
                <w:sz w:val="18"/>
              </w:rPr>
              <w:t xml:space="preserve"> </w:t>
            </w:r>
            <w:proofErr w:type="spellStart"/>
            <w:r>
              <w:rPr>
                <w:b/>
                <w:color w:val="173A5E"/>
                <w:sz w:val="18"/>
              </w:rPr>
              <w:t>podpis</w:t>
            </w:r>
            <w:proofErr w:type="spellEnd"/>
            <w:r w:rsidR="006B6AC3">
              <w:rPr>
                <w:b/>
                <w:color w:val="173A5E"/>
                <w:sz w:val="18"/>
              </w:rPr>
              <w:t>/</w:t>
            </w:r>
            <w:proofErr w:type="spellStart"/>
            <w:r w:rsidR="006B6AC3">
              <w:rPr>
                <w:b/>
                <w:color w:val="173A5E"/>
                <w:sz w:val="18"/>
              </w:rPr>
              <w:t>cyfrowy</w:t>
            </w:r>
            <w:proofErr w:type="spellEnd"/>
          </w:p>
        </w:tc>
        <w:tc>
          <w:tcPr>
            <w:tcW w:w="7030" w:type="dxa"/>
            <w:tcBorders>
              <w:top w:val="single" w:sz="6" w:space="0" w:color="C8D0D8"/>
              <w:left w:val="single" w:sz="6" w:space="0" w:color="C8D0D8"/>
              <w:bottom w:val="single" w:sz="6" w:space="0" w:color="C8D0D8"/>
              <w:right w:val="single" w:sz="6" w:space="0" w:color="C8D0D8"/>
            </w:tcBorders>
            <w:tcMar>
              <w:top w:w="130" w:type="dxa"/>
              <w:left w:w="110" w:type="dxa"/>
              <w:bottom w:w="130" w:type="dxa"/>
              <w:right w:w="110" w:type="dxa"/>
            </w:tcMar>
          </w:tcPr>
          <w:p w14:paraId="5A03DC8B" w14:textId="77777777" w:rsidR="00017580" w:rsidRDefault="00017580">
            <w:pPr>
              <w:keepLines/>
            </w:pPr>
          </w:p>
        </w:tc>
      </w:tr>
    </w:tbl>
    <w:p w14:paraId="1FC8F07D" w14:textId="77777777" w:rsidR="00531090" w:rsidRDefault="00531090"/>
    <w:sectPr w:rsidR="00531090" w:rsidSect="00034616">
      <w:headerReference w:type="default" r:id="rId8"/>
      <w:footerReference w:type="default" r:id="rId9"/>
      <w:pgSz w:w="12240" w:h="15840"/>
      <w:pgMar w:top="709" w:right="879" w:bottom="709" w:left="879" w:header="22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75281" w14:textId="77777777" w:rsidR="00651475" w:rsidRDefault="00651475">
      <w:pPr>
        <w:spacing w:after="0" w:line="240" w:lineRule="auto"/>
      </w:pPr>
      <w:r>
        <w:separator/>
      </w:r>
    </w:p>
  </w:endnote>
  <w:endnote w:type="continuationSeparator" w:id="0">
    <w:p w14:paraId="5D68E40A" w14:textId="77777777" w:rsidR="00651475" w:rsidRDefault="0065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9B4C" w14:textId="77777777" w:rsidR="00017580" w:rsidRPr="00FA7A85" w:rsidRDefault="00531090">
    <w:pPr>
      <w:pStyle w:val="Stopka"/>
      <w:jc w:val="center"/>
      <w:rPr>
        <w:sz w:val="21"/>
        <w:szCs w:val="28"/>
        <w:lang w:val="pl-PL"/>
      </w:rPr>
    </w:pPr>
    <w:r w:rsidRPr="00FA7A85">
      <w:rPr>
        <w:color w:val="6C757D"/>
        <w:sz w:val="16"/>
        <w:szCs w:val="28"/>
        <w:lang w:val="pl-PL"/>
      </w:rPr>
      <w:t>Instytut Gospodarki Surowcami Mineralnymi i Energią PAN  |  ul. J. Wybickiego 7A, 31-261 Kraków  |  centrum@min-pan.krakow.pl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03B10" w14:textId="77777777" w:rsidR="00651475" w:rsidRDefault="00651475">
      <w:pPr>
        <w:spacing w:after="0" w:line="240" w:lineRule="auto"/>
      </w:pPr>
      <w:r>
        <w:separator/>
      </w:r>
    </w:p>
  </w:footnote>
  <w:footnote w:type="continuationSeparator" w:id="0">
    <w:p w14:paraId="59F692E9" w14:textId="77777777" w:rsidR="00651475" w:rsidRDefault="0065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E275" w14:textId="77777777" w:rsidR="00017580" w:rsidRDefault="00017580">
    <w:pPr>
      <w:pStyle w:val="Nagwek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364"/>
      <w:gridCol w:w="3364"/>
      <w:gridCol w:w="3364"/>
    </w:tblGrid>
    <w:tr w:rsidR="00017580" w14:paraId="77C9E7B2" w14:textId="77777777">
      <w:trPr>
        <w:jc w:val="center"/>
      </w:trPr>
      <w:tc>
        <w:tcPr>
          <w:tcW w:w="3364" w:type="dxa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vAlign w:val="center"/>
        </w:tcPr>
        <w:p w14:paraId="26107BBF" w14:textId="7AF8191A" w:rsidR="00017580" w:rsidRDefault="00D8698B">
          <w:r>
            <w:rPr>
              <w:noProof/>
            </w:rPr>
            <w:drawing>
              <wp:inline distT="0" distB="0" distL="0" distR="0" wp14:anchorId="5D5BBCED" wp14:editId="236BC01E">
                <wp:extent cx="1296000" cy="70768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7076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4" w:type="dxa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vAlign w:val="center"/>
        </w:tcPr>
        <w:p w14:paraId="61680EAC" w14:textId="714CB975" w:rsidR="00017580" w:rsidRDefault="00D8698B">
          <w:pPr>
            <w:jc w:val="center"/>
          </w:pPr>
          <w:r>
            <w:rPr>
              <w:noProof/>
            </w:rPr>
            <w:drawing>
              <wp:inline distT="0" distB="0" distL="0" distR="0" wp14:anchorId="2773BBAF" wp14:editId="1DF3FDEC">
                <wp:extent cx="1944000" cy="97741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977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4" w:type="dxa"/>
          <w:tc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</w:tcBorders>
          <w:vAlign w:val="center"/>
        </w:tcPr>
        <w:p w14:paraId="7007D6D7" w14:textId="77777777" w:rsidR="00017580" w:rsidRDefault="00531090">
          <w:pPr>
            <w:jc w:val="right"/>
          </w:pPr>
          <w:r>
            <w:rPr>
              <w:noProof/>
            </w:rPr>
            <w:drawing>
              <wp:inline distT="0" distB="0" distL="0" distR="0" wp14:anchorId="78426D77" wp14:editId="276E67D7">
                <wp:extent cx="1296000" cy="438803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4388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967942">
    <w:abstractNumId w:val="8"/>
  </w:num>
  <w:num w:numId="2" w16cid:durableId="68044108">
    <w:abstractNumId w:val="6"/>
  </w:num>
  <w:num w:numId="3" w16cid:durableId="1378702931">
    <w:abstractNumId w:val="5"/>
  </w:num>
  <w:num w:numId="4" w16cid:durableId="1538195933">
    <w:abstractNumId w:val="4"/>
  </w:num>
  <w:num w:numId="5" w16cid:durableId="1060128969">
    <w:abstractNumId w:val="7"/>
  </w:num>
  <w:num w:numId="6" w16cid:durableId="560286325">
    <w:abstractNumId w:val="3"/>
  </w:num>
  <w:num w:numId="7" w16cid:durableId="1272545156">
    <w:abstractNumId w:val="2"/>
  </w:num>
  <w:num w:numId="8" w16cid:durableId="787967033">
    <w:abstractNumId w:val="1"/>
  </w:num>
  <w:num w:numId="9" w16cid:durableId="147607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580"/>
    <w:rsid w:val="00034616"/>
    <w:rsid w:val="0006063C"/>
    <w:rsid w:val="0015074B"/>
    <w:rsid w:val="0029639D"/>
    <w:rsid w:val="003233CA"/>
    <w:rsid w:val="00326F90"/>
    <w:rsid w:val="00360DEC"/>
    <w:rsid w:val="00531090"/>
    <w:rsid w:val="00651475"/>
    <w:rsid w:val="00686326"/>
    <w:rsid w:val="006B6AC3"/>
    <w:rsid w:val="0076363E"/>
    <w:rsid w:val="0081012D"/>
    <w:rsid w:val="00902654"/>
    <w:rsid w:val="00AA1D8D"/>
    <w:rsid w:val="00B47730"/>
    <w:rsid w:val="00CB0664"/>
    <w:rsid w:val="00D8698B"/>
    <w:rsid w:val="00F45BBA"/>
    <w:rsid w:val="00F675F3"/>
    <w:rsid w:val="00FA7A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E84"/>
  <w14:defaultImageDpi w14:val="300"/>
  <w15:docId w15:val="{879E2DBC-C4F5-EF41-9024-334D0127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color w:val="263645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3560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zgłoszenia – Jesienne Warsztaty Analityczne 2026</vt:lpstr>
      <vt:lpstr/>
    </vt:vector>
  </TitlesOfParts>
  <Manager/>
  <Company>Instytut Gospodarki Surowcami Mineralnymi i Energią PAN</Company>
  <LinksUpToDate>false</LinksUpToDate>
  <CharactersWithSpaces>4145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– Jesienne Warsztaty Analityczne 2026</dc:title>
  <dc:subject>Formularz rejestracyjny uczestnika</dc:subject>
  <dc:creator>Tomasz Mirowski</dc:creator>
  <cp:keywords/>
  <dc:description/>
  <cp:lastModifiedBy>Julia Domagała</cp:lastModifiedBy>
  <cp:revision>2</cp:revision>
  <dcterms:created xsi:type="dcterms:W3CDTF">2026-10-08T13:59:00Z</dcterms:created>
  <dcterms:modified xsi:type="dcterms:W3CDTF">2026-10-08T13:59:00Z</dcterms:modified>
  <cp:category/>
</cp:coreProperties>
</file>